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E2FA5" w14:textId="77777777" w:rsidR="001F751E" w:rsidRDefault="00C464E1">
      <w:r>
        <w:br/>
      </w:r>
      <w:r>
        <w:br/>
      </w:r>
      <w:r>
        <w:br/>
      </w:r>
    </w:p>
    <w:p w14:paraId="4DC6A79B" w14:textId="77777777" w:rsidR="001F751E" w:rsidRDefault="00C464E1">
      <w:pPr>
        <w:pStyle w:val="Titre1"/>
        <w:jc w:val="center"/>
      </w:pPr>
      <w:r>
        <w:t>Quel(le) aventurier(e) professionnel(le) êtes-vous ?</w:t>
      </w:r>
    </w:p>
    <w:p w14:paraId="5918B6E8" w14:textId="77777777" w:rsidR="001F751E" w:rsidRDefault="00C464E1">
      <w:pPr>
        <w:jc w:val="center"/>
      </w:pPr>
      <w:r>
        <w:t>Un test pour mieux comprendre votre posture face à la transition professionnelle</w:t>
      </w:r>
    </w:p>
    <w:p w14:paraId="242DB4B4" w14:textId="77777777" w:rsidR="001F751E" w:rsidRDefault="00C464E1">
      <w:pPr>
        <w:jc w:val="center"/>
      </w:pPr>
      <w:r>
        <w:rPr>
          <w:i/>
        </w:rPr>
        <w:br/>
        <w:t>Farmata Sow</w:t>
      </w:r>
    </w:p>
    <w:p w14:paraId="087A2FBE" w14:textId="77777777" w:rsidR="001F751E" w:rsidRDefault="00C464E1">
      <w:r>
        <w:br w:type="page"/>
      </w:r>
    </w:p>
    <w:p w14:paraId="5286310A" w14:textId="77777777" w:rsidR="001F751E" w:rsidRDefault="00C464E1">
      <w:pPr>
        <w:pStyle w:val="Titre2"/>
      </w:pPr>
      <w:r>
        <w:lastRenderedPageBreak/>
        <w:t>🎯 Instructions :</w:t>
      </w:r>
    </w:p>
    <w:p w14:paraId="01141C23" w14:textId="77777777" w:rsidR="001F751E" w:rsidRDefault="00C464E1">
      <w:r>
        <w:t>Choisissez une seule réponse par question. À la fin, additionnez vos points pour chaque lettre choisie et découvrez votre profil dominant.</w:t>
      </w:r>
    </w:p>
    <w:p w14:paraId="7B881379" w14:textId="0EAD872E" w:rsidR="001F751E" w:rsidRDefault="00C464E1">
      <w:pPr>
        <w:pStyle w:val="Listenumros"/>
      </w:pPr>
      <w:r>
        <w:t xml:space="preserve">1. Quand </w:t>
      </w:r>
      <w:proofErr w:type="spellStart"/>
      <w:r w:rsidR="00CF0AEB">
        <w:t>vous</w:t>
      </w:r>
      <w:proofErr w:type="spellEnd"/>
      <w:r w:rsidR="00CF0AEB">
        <w:t xml:space="preserve"> </w:t>
      </w:r>
      <w:proofErr w:type="spellStart"/>
      <w:r w:rsidR="00CF0AEB">
        <w:t>apprenez</w:t>
      </w:r>
      <w:proofErr w:type="spellEnd"/>
      <w:r>
        <w:t xml:space="preserve"> </w:t>
      </w:r>
      <w:proofErr w:type="spellStart"/>
      <w:r>
        <w:t>qu’un</w:t>
      </w:r>
      <w:proofErr w:type="spellEnd"/>
      <w:r>
        <w:t xml:space="preserve"> </w:t>
      </w:r>
      <w:proofErr w:type="spellStart"/>
      <w:r>
        <w:t>changement</w:t>
      </w:r>
      <w:proofErr w:type="spellEnd"/>
      <w:r>
        <w:t xml:space="preserve"> </w:t>
      </w:r>
      <w:proofErr w:type="spellStart"/>
      <w:r>
        <w:t>ou</w:t>
      </w:r>
      <w:proofErr w:type="spellEnd"/>
      <w:r>
        <w:t xml:space="preserve"> un </w:t>
      </w:r>
      <w:r w:rsidR="00CF0AEB">
        <w:t xml:space="preserve">depart de </w:t>
      </w:r>
      <w:proofErr w:type="spellStart"/>
      <w:r w:rsidR="00CF0AEB">
        <w:t>votre</w:t>
      </w:r>
      <w:proofErr w:type="spellEnd"/>
      <w:r w:rsidR="00CF0AEB">
        <w:t xml:space="preserve"> </w:t>
      </w:r>
      <w:proofErr w:type="spellStart"/>
      <w:r w:rsidR="00CF0AEB">
        <w:t>entreprise</w:t>
      </w:r>
      <w:proofErr w:type="spellEnd"/>
      <w:r>
        <w:t xml:space="preserve"> </w:t>
      </w:r>
      <w:proofErr w:type="spellStart"/>
      <w:r>
        <w:t>était</w:t>
      </w:r>
      <w:proofErr w:type="spellEnd"/>
      <w:r>
        <w:t xml:space="preserve"> probable, </w:t>
      </w:r>
      <w:proofErr w:type="spellStart"/>
      <w:r w:rsidR="00CF0AEB">
        <w:t>vous</w:t>
      </w:r>
      <w:proofErr w:type="spellEnd"/>
      <w:r w:rsidR="00CF0AEB">
        <w:t xml:space="preserve"> </w:t>
      </w:r>
      <w:proofErr w:type="spellStart"/>
      <w:r w:rsidR="00CF0AEB">
        <w:t>ressentez</w:t>
      </w:r>
      <w:proofErr w:type="spellEnd"/>
      <w:r w:rsidR="00CF0AEB">
        <w:t xml:space="preserve"> </w:t>
      </w:r>
      <w:proofErr w:type="spellStart"/>
      <w:proofErr w:type="gramStart"/>
      <w:r w:rsidR="00CF0AEB">
        <w:t>d’abord</w:t>
      </w:r>
      <w:proofErr w:type="spellEnd"/>
      <w:r w:rsidR="00CF0AEB">
        <w:t xml:space="preserve"> </w:t>
      </w:r>
      <w:r>
        <w:t>:</w:t>
      </w:r>
      <w:proofErr w:type="gramEnd"/>
    </w:p>
    <w:p w14:paraId="2E6001F8" w14:textId="77777777" w:rsidR="001F751E" w:rsidRDefault="00C464E1">
      <w:pPr>
        <w:pStyle w:val="Listepuces"/>
      </w:pPr>
      <w:r>
        <w:t>A. Un fort stress, voire de la panique</w:t>
      </w:r>
    </w:p>
    <w:p w14:paraId="34385399" w14:textId="0F992D29" w:rsidR="001F751E" w:rsidRDefault="00C464E1">
      <w:pPr>
        <w:pStyle w:val="Listepuces"/>
      </w:pPr>
      <w:r>
        <w:t xml:space="preserve">B. Une </w:t>
      </w:r>
      <w:proofErr w:type="gramStart"/>
      <w:r>
        <w:t>curiosité :</w:t>
      </w:r>
      <w:proofErr w:type="gramEnd"/>
      <w:r>
        <w:t xml:space="preserve"> 'Et si c’était l’occasion de tester autre </w:t>
      </w:r>
      <w:proofErr w:type="gramStart"/>
      <w:r>
        <w:t>chose ?</w:t>
      </w:r>
      <w:proofErr w:type="gramEnd"/>
    </w:p>
    <w:p w14:paraId="6FEBD983" w14:textId="77777777" w:rsidR="001F751E" w:rsidRDefault="00C464E1">
      <w:pPr>
        <w:pStyle w:val="Listepuces"/>
      </w:pPr>
      <w:r>
        <w:t>C. L’envie immédiate d’organiser les choses, faire un plan</w:t>
      </w:r>
    </w:p>
    <w:p w14:paraId="46047AFD" w14:textId="77777777" w:rsidR="001F751E" w:rsidRDefault="00C464E1">
      <w:pPr>
        <w:pStyle w:val="Listepuces"/>
      </w:pPr>
      <w:r>
        <w:t>D. Un soulagement, presque une évidence : 'C’est un appel au changement'</w:t>
      </w:r>
    </w:p>
    <w:p w14:paraId="34EF1440" w14:textId="77777777" w:rsidR="001F751E" w:rsidRDefault="00C464E1">
      <w:pPr>
        <w:pStyle w:val="Listenumros"/>
      </w:pPr>
      <w:r>
        <w:t>2. Face à l’incertitude professionnelle, vous…</w:t>
      </w:r>
    </w:p>
    <w:p w14:paraId="52E8BB02" w14:textId="77777777" w:rsidR="001F751E" w:rsidRDefault="00C464E1">
      <w:pPr>
        <w:pStyle w:val="Listepuces"/>
      </w:pPr>
      <w:r>
        <w:t>A. Êtes paralysé(e), vous avez besoin de garanties</w:t>
      </w:r>
    </w:p>
    <w:p w14:paraId="455B1AD0" w14:textId="77777777" w:rsidR="001F751E" w:rsidRDefault="00C464E1">
      <w:pPr>
        <w:pStyle w:val="Listepuces"/>
      </w:pPr>
      <w:r>
        <w:t>B. Vous laissez guider par ce qui éveille votre curiosité</w:t>
      </w:r>
    </w:p>
    <w:p w14:paraId="5320644B" w14:textId="77777777" w:rsidR="001F751E" w:rsidRDefault="00C464E1">
      <w:pPr>
        <w:pStyle w:val="Listepuces"/>
      </w:pPr>
      <w:r>
        <w:t>C. Évaluez les risques, recherchez les options concrètes</w:t>
      </w:r>
    </w:p>
    <w:p w14:paraId="1CB47D12" w14:textId="77777777" w:rsidR="001F751E" w:rsidRDefault="00C464E1">
      <w:pPr>
        <w:pStyle w:val="Listepuces"/>
      </w:pPr>
      <w:r>
        <w:t>D. Vous reconnectez à vos aspirations profondes</w:t>
      </w:r>
    </w:p>
    <w:p w14:paraId="532EDDA0" w14:textId="77777777" w:rsidR="001F751E" w:rsidRDefault="00C464E1">
      <w:pPr>
        <w:pStyle w:val="Listenumros"/>
      </w:pPr>
      <w:r>
        <w:t>3. Quelle phrase vous ressemble le plus aujourd’hui ?</w:t>
      </w:r>
    </w:p>
    <w:p w14:paraId="47F924E8" w14:textId="77777777" w:rsidR="001F751E" w:rsidRDefault="00C464E1">
      <w:pPr>
        <w:pStyle w:val="Listepuces"/>
      </w:pPr>
      <w:r>
        <w:t>A. Je ne sais plus ce que je vaux.</w:t>
      </w:r>
    </w:p>
    <w:p w14:paraId="3C09B3B2" w14:textId="77777777" w:rsidR="001F751E" w:rsidRDefault="00C464E1">
      <w:pPr>
        <w:pStyle w:val="Listepuces"/>
      </w:pPr>
      <w:r>
        <w:t>B. J’ai envie de tenter quelque chose de différent.</w:t>
      </w:r>
    </w:p>
    <w:p w14:paraId="5B3F7E37" w14:textId="77777777" w:rsidR="001F751E" w:rsidRDefault="00C464E1">
      <w:pPr>
        <w:pStyle w:val="Listepuces"/>
      </w:pPr>
      <w:r>
        <w:t>C. Je dois réfléchir à une stratégie réaliste.</w:t>
      </w:r>
    </w:p>
    <w:p w14:paraId="2DD9F9EB" w14:textId="77777777" w:rsidR="001F751E" w:rsidRDefault="00C464E1">
      <w:pPr>
        <w:pStyle w:val="Listepuces"/>
      </w:pPr>
      <w:r>
        <w:t>D. Je veux que mon travail ait du sens.</w:t>
      </w:r>
    </w:p>
    <w:p w14:paraId="1E558277" w14:textId="77777777" w:rsidR="001F751E" w:rsidRDefault="00C464E1">
      <w:pPr>
        <w:pStyle w:val="Listenumros"/>
      </w:pPr>
      <w:r>
        <w:t>4. Quand on vous parle de reconversion ou de changement de voie, vous pensez :</w:t>
      </w:r>
    </w:p>
    <w:p w14:paraId="517ADDC1" w14:textId="77777777" w:rsidR="001F751E" w:rsidRDefault="00C464E1">
      <w:pPr>
        <w:pStyle w:val="Listepuces"/>
      </w:pPr>
      <w:r>
        <w:t>A. Je ne suis pas prêt(e), c’est trop risqué.</w:t>
      </w:r>
    </w:p>
    <w:p w14:paraId="719A1CBD" w14:textId="77777777" w:rsidR="001F751E" w:rsidRDefault="00C464E1">
      <w:pPr>
        <w:pStyle w:val="Listepuces"/>
      </w:pPr>
      <w:r>
        <w:t>B. Pourquoi pas ? Il y a plein de choses que j’aimerais tester.</w:t>
      </w:r>
    </w:p>
    <w:p w14:paraId="404D6084" w14:textId="77777777" w:rsidR="001F751E" w:rsidRDefault="00C464E1">
      <w:pPr>
        <w:pStyle w:val="Listepuces"/>
      </w:pPr>
      <w:r>
        <w:t>C. C’est envisageable si je peux structurer un vrai projet.</w:t>
      </w:r>
    </w:p>
    <w:p w14:paraId="737C8A7B" w14:textId="77777777" w:rsidR="001F751E" w:rsidRDefault="00C464E1">
      <w:pPr>
        <w:pStyle w:val="Listepuces"/>
      </w:pPr>
      <w:r>
        <w:t>D. C’est le moment ou jamais de me réaligner.</w:t>
      </w:r>
    </w:p>
    <w:p w14:paraId="0BD98B6B" w14:textId="77777777" w:rsidR="001F751E" w:rsidRDefault="00C464E1">
      <w:pPr>
        <w:pStyle w:val="Listenumros"/>
      </w:pPr>
      <w:r>
        <w:t>5. Quelle est votre plus grande priorité actuellement ?</w:t>
      </w:r>
    </w:p>
    <w:p w14:paraId="33C64FBA" w14:textId="77777777" w:rsidR="001F751E" w:rsidRDefault="00C464E1">
      <w:pPr>
        <w:pStyle w:val="Listepuces"/>
      </w:pPr>
      <w:r>
        <w:t>A. Sécuriser ma situation au plus vite</w:t>
      </w:r>
    </w:p>
    <w:p w14:paraId="59ED73D3" w14:textId="77777777" w:rsidR="001F751E" w:rsidRDefault="00C464E1">
      <w:pPr>
        <w:pStyle w:val="Listepuces"/>
      </w:pPr>
      <w:r>
        <w:t>B. Retrouver du plaisir et de la motivation</w:t>
      </w:r>
    </w:p>
    <w:p w14:paraId="05815D04" w14:textId="77777777" w:rsidR="001F751E" w:rsidRDefault="00C464E1">
      <w:pPr>
        <w:pStyle w:val="Listepuces"/>
      </w:pPr>
      <w:r>
        <w:t>C. Structurer un projet viable</w:t>
      </w:r>
    </w:p>
    <w:p w14:paraId="4EDA237E" w14:textId="77777777" w:rsidR="001F751E" w:rsidRDefault="00C464E1">
      <w:pPr>
        <w:pStyle w:val="Listepuces"/>
      </w:pPr>
      <w:r>
        <w:t>D. Créer une vie professionnelle qui reflète mes valeurs</w:t>
      </w:r>
    </w:p>
    <w:p w14:paraId="219065BA" w14:textId="77777777" w:rsidR="001F751E" w:rsidRDefault="00C464E1">
      <w:pPr>
        <w:pStyle w:val="Listenumros"/>
      </w:pPr>
      <w:r>
        <w:t>6. Comment abordez-vous la recherche d’emploi ou la reconversion ?</w:t>
      </w:r>
    </w:p>
    <w:p w14:paraId="3B9B58F4" w14:textId="77777777" w:rsidR="001F751E" w:rsidRDefault="00C464E1">
      <w:pPr>
        <w:pStyle w:val="Listepuces"/>
      </w:pPr>
      <w:r>
        <w:t>A. C’est difficile, je ne sais pas par où commencer</w:t>
      </w:r>
    </w:p>
    <w:p w14:paraId="51B04DF3" w14:textId="77777777" w:rsidR="001F751E" w:rsidRDefault="00C464E1">
      <w:pPr>
        <w:pStyle w:val="Listepuces"/>
      </w:pPr>
      <w:r>
        <w:t>B. Je papillonne entre plusieurs idées</w:t>
      </w:r>
    </w:p>
    <w:p w14:paraId="73AB3DCA" w14:textId="77777777" w:rsidR="001F751E" w:rsidRDefault="00C464E1">
      <w:pPr>
        <w:pStyle w:val="Listepuces"/>
      </w:pPr>
      <w:r>
        <w:t>C. J’ai un plan en plusieurs étapes</w:t>
      </w:r>
    </w:p>
    <w:p w14:paraId="0B6E5869" w14:textId="77777777" w:rsidR="001F751E" w:rsidRDefault="00C464E1">
      <w:pPr>
        <w:pStyle w:val="Listepuces"/>
      </w:pPr>
      <w:r>
        <w:lastRenderedPageBreak/>
        <w:t>D. Je cherche à comprendre ce que je veux vraiment faire de ma vie</w:t>
      </w:r>
    </w:p>
    <w:p w14:paraId="23426886" w14:textId="77777777" w:rsidR="001F751E" w:rsidRDefault="00C464E1">
      <w:pPr>
        <w:pStyle w:val="Listenumros"/>
      </w:pPr>
      <w:r>
        <w:t>7. Si vous deviez vous décrire dans cette période :</w:t>
      </w:r>
    </w:p>
    <w:p w14:paraId="45B08EE2" w14:textId="77777777" w:rsidR="001F751E" w:rsidRDefault="00C464E1">
      <w:pPr>
        <w:pStyle w:val="Listepuces"/>
      </w:pPr>
      <w:r>
        <w:t>A. Ébranlé(e), perdu(e), en manque de confiance</w:t>
      </w:r>
    </w:p>
    <w:p w14:paraId="21664267" w14:textId="77777777" w:rsidR="001F751E" w:rsidRDefault="00C464E1">
      <w:pPr>
        <w:pStyle w:val="Listepuces"/>
      </w:pPr>
      <w:r>
        <w:t>B. Curieux(se), un peu dispersé(e), ouvert(e)</w:t>
      </w:r>
    </w:p>
    <w:p w14:paraId="6B0E3C23" w14:textId="77777777" w:rsidR="001F751E" w:rsidRDefault="00C464E1">
      <w:pPr>
        <w:pStyle w:val="Listepuces"/>
      </w:pPr>
      <w:r>
        <w:t>C. Prudent(e), méthodique, orienté(e) solution</w:t>
      </w:r>
    </w:p>
    <w:p w14:paraId="1C25F8F0" w14:textId="77777777" w:rsidR="001F751E" w:rsidRDefault="00C464E1">
      <w:pPr>
        <w:pStyle w:val="Listepuces"/>
      </w:pPr>
      <w:r>
        <w:t>D. Introspectif(ve), aligné(e), tourné(e) vers l’avenir</w:t>
      </w:r>
    </w:p>
    <w:p w14:paraId="77CBCA27" w14:textId="77777777" w:rsidR="001F751E" w:rsidRDefault="00C464E1">
      <w:pPr>
        <w:pStyle w:val="Listenumros"/>
      </w:pPr>
      <w:r>
        <w:t>8. Quelles sont vos ressources aujourd’hui ?</w:t>
      </w:r>
    </w:p>
    <w:p w14:paraId="6017387F" w14:textId="77777777" w:rsidR="001F751E" w:rsidRDefault="00C464E1">
      <w:pPr>
        <w:pStyle w:val="Listepuces"/>
      </w:pPr>
      <w:r>
        <w:t>A. Mon entourage me soutient, mais je doute de moi</w:t>
      </w:r>
    </w:p>
    <w:p w14:paraId="75DF4390" w14:textId="77777777" w:rsidR="001F751E" w:rsidRDefault="00C464E1">
      <w:pPr>
        <w:pStyle w:val="Listepuces"/>
      </w:pPr>
      <w:r>
        <w:t>B. J’ai une bonne intuition et de la créativité</w:t>
      </w:r>
    </w:p>
    <w:p w14:paraId="112FECF1" w14:textId="77777777" w:rsidR="001F751E" w:rsidRDefault="00C464E1">
      <w:pPr>
        <w:pStyle w:val="Listepuces"/>
      </w:pPr>
      <w:r>
        <w:t>C. Je suis organisé(e) et capable de faire des plans</w:t>
      </w:r>
    </w:p>
    <w:p w14:paraId="76A19651" w14:textId="77777777" w:rsidR="001F751E" w:rsidRDefault="00C464E1">
      <w:pPr>
        <w:pStyle w:val="Listepuces"/>
      </w:pPr>
      <w:r>
        <w:t>D. J’ai une vision claire de ce que je veux bâtir</w:t>
      </w:r>
    </w:p>
    <w:p w14:paraId="3010872E" w14:textId="77777777" w:rsidR="001F751E" w:rsidRDefault="00C464E1">
      <w:pPr>
        <w:pStyle w:val="Listenumros"/>
      </w:pPr>
      <w:r>
        <w:t>9. Que représente pour vous cette période de transition ?</w:t>
      </w:r>
    </w:p>
    <w:p w14:paraId="051EBCF7" w14:textId="77777777" w:rsidR="001F751E" w:rsidRDefault="00C464E1">
      <w:pPr>
        <w:pStyle w:val="Listepuces"/>
      </w:pPr>
      <w:r>
        <w:t>A. Une épreuve à traverser</w:t>
      </w:r>
    </w:p>
    <w:p w14:paraId="07440DA0" w14:textId="77777777" w:rsidR="001F751E" w:rsidRDefault="00C464E1">
      <w:pPr>
        <w:pStyle w:val="Listepuces"/>
      </w:pPr>
      <w:r>
        <w:t>B. Une chance de vivre autre chose</w:t>
      </w:r>
    </w:p>
    <w:p w14:paraId="58CB67F3" w14:textId="77777777" w:rsidR="001F751E" w:rsidRDefault="00C464E1">
      <w:pPr>
        <w:pStyle w:val="Listepuces"/>
      </w:pPr>
      <w:r>
        <w:t>C. Un défi à relever avec méthode</w:t>
      </w:r>
    </w:p>
    <w:p w14:paraId="0E5FB14B" w14:textId="77777777" w:rsidR="001F751E" w:rsidRDefault="00C464E1">
      <w:pPr>
        <w:pStyle w:val="Listepuces"/>
      </w:pPr>
      <w:r>
        <w:t>D. Une opportunité de transformation</w:t>
      </w:r>
    </w:p>
    <w:p w14:paraId="08213FD3" w14:textId="77777777" w:rsidR="001F751E" w:rsidRDefault="00C464E1">
      <w:pPr>
        <w:pStyle w:val="Listenumros"/>
      </w:pPr>
      <w:r>
        <w:t>10. Quelle image vous correspond le mieux aujourd’hui ?</w:t>
      </w:r>
    </w:p>
    <w:p w14:paraId="7E9A3041" w14:textId="77777777" w:rsidR="001F751E" w:rsidRDefault="00C464E1">
      <w:pPr>
        <w:pStyle w:val="Listepuces"/>
      </w:pPr>
      <w:r>
        <w:t>A. Un ciel nuageux et incertain</w:t>
      </w:r>
    </w:p>
    <w:p w14:paraId="7C3A2D10" w14:textId="77777777" w:rsidR="001F751E" w:rsidRDefault="00C464E1">
      <w:pPr>
        <w:pStyle w:val="Listepuces"/>
      </w:pPr>
      <w:r>
        <w:t>B. Une palette de couleurs à explorer</w:t>
      </w:r>
    </w:p>
    <w:p w14:paraId="5EDFBDF7" w14:textId="77777777" w:rsidR="001F751E" w:rsidRDefault="00C464E1">
      <w:pPr>
        <w:pStyle w:val="Listepuces"/>
      </w:pPr>
      <w:r>
        <w:t>C. Un tableau d’objectifs à construire</w:t>
      </w:r>
    </w:p>
    <w:p w14:paraId="48879003" w14:textId="77777777" w:rsidR="001F751E" w:rsidRDefault="00C464E1">
      <w:pPr>
        <w:pStyle w:val="Listepuces"/>
      </w:pPr>
      <w:r>
        <w:t>D. Une flamme intérieure à nourrir</w:t>
      </w:r>
    </w:p>
    <w:p w14:paraId="13AC906B" w14:textId="77777777" w:rsidR="001F751E" w:rsidRDefault="00C464E1">
      <w:r>
        <w:br w:type="page"/>
      </w:r>
    </w:p>
    <w:p w14:paraId="5E2D1DBB" w14:textId="77777777" w:rsidR="001F751E" w:rsidRDefault="00C464E1">
      <w:pPr>
        <w:pStyle w:val="Titre2"/>
      </w:pPr>
      <w:r>
        <w:lastRenderedPageBreak/>
        <w:t>📊 Résultats :</w:t>
      </w:r>
    </w:p>
    <w:p w14:paraId="03DA6601" w14:textId="77777777" w:rsidR="001F751E" w:rsidRDefault="00C464E1">
      <w:r>
        <w:t>Additionnez vos points en fonction de vos réponses. Chaque lettre correspond à un nombre de points (A = 1 pt, B = 2 pts, C = 3 pts, D = 4 pts). Le profil dominant est celui où vous avez le plus de points.</w:t>
      </w:r>
    </w:p>
    <w:p w14:paraId="6C87EA62" w14:textId="77777777" w:rsidR="001F751E" w:rsidRDefault="00C464E1">
      <w:pPr>
        <w:pStyle w:val="Titre3"/>
      </w:pPr>
      <w:r>
        <w:t>🔹 10–16 pts : Le Survivant</w:t>
      </w:r>
    </w:p>
    <w:p w14:paraId="3537B062" w14:textId="133B2B22" w:rsidR="001F751E" w:rsidRDefault="008478FE">
      <w:r>
        <w:t xml:space="preserve">Le </w:t>
      </w:r>
      <w:proofErr w:type="spellStart"/>
      <w:r>
        <w:t>changement</w:t>
      </w:r>
      <w:proofErr w:type="spellEnd"/>
      <w:r>
        <w:t xml:space="preserve"> </w:t>
      </w:r>
      <w:proofErr w:type="spellStart"/>
      <w:r>
        <w:t>provoque</w:t>
      </w:r>
      <w:proofErr w:type="spellEnd"/>
      <w:r>
        <w:t xml:space="preserve"> chez </w:t>
      </w:r>
      <w:proofErr w:type="spellStart"/>
      <w:r>
        <w:t>vous</w:t>
      </w:r>
      <w:proofErr w:type="spellEnd"/>
      <w:r w:rsidR="00C464E1">
        <w:t xml:space="preserve"> </w:t>
      </w:r>
      <w:r>
        <w:t>un</w:t>
      </w:r>
      <w:r w:rsidR="00C464E1">
        <w:t xml:space="preserve"> choc </w:t>
      </w:r>
      <w:proofErr w:type="spellStart"/>
      <w:r w:rsidR="00C464E1">
        <w:t>ou</w:t>
      </w:r>
      <w:proofErr w:type="spellEnd"/>
      <w:r w:rsidR="00C464E1">
        <w:t xml:space="preserve"> dans </w:t>
      </w:r>
      <w:proofErr w:type="spellStart"/>
      <w:r w:rsidR="00C464E1">
        <w:t>une</w:t>
      </w:r>
      <w:proofErr w:type="spellEnd"/>
      <w:r w:rsidR="00C464E1">
        <w:t xml:space="preserve"> </w:t>
      </w:r>
      <w:proofErr w:type="spellStart"/>
      <w:r w:rsidR="00C464E1">
        <w:t>forme</w:t>
      </w:r>
      <w:proofErr w:type="spellEnd"/>
      <w:r w:rsidR="00C464E1">
        <w:t xml:space="preserve"> de désorientation. </w:t>
      </w:r>
      <w:proofErr w:type="spellStart"/>
      <w:r w:rsidR="00C464E1">
        <w:t>Votre</w:t>
      </w:r>
      <w:proofErr w:type="spellEnd"/>
      <w:r w:rsidR="00C464E1">
        <w:t xml:space="preserve"> </w:t>
      </w:r>
      <w:proofErr w:type="spellStart"/>
      <w:r w:rsidR="00C464E1">
        <w:t>priorité</w:t>
      </w:r>
      <w:proofErr w:type="spellEnd"/>
      <w:r w:rsidR="00C464E1">
        <w:t xml:space="preserve"> </w:t>
      </w:r>
      <w:proofErr w:type="spellStart"/>
      <w:r w:rsidR="00C464E1">
        <w:t>est</w:t>
      </w:r>
      <w:proofErr w:type="spellEnd"/>
      <w:r w:rsidR="00C464E1">
        <w:t xml:space="preserve"> de </w:t>
      </w:r>
      <w:proofErr w:type="spellStart"/>
      <w:r w:rsidR="00C464E1">
        <w:t>trouver</w:t>
      </w:r>
      <w:proofErr w:type="spellEnd"/>
      <w:r w:rsidR="00C464E1">
        <w:t xml:space="preserve"> </w:t>
      </w:r>
      <w:proofErr w:type="spellStart"/>
      <w:r w:rsidR="00C464E1">
        <w:t>sécurité</w:t>
      </w:r>
      <w:proofErr w:type="spellEnd"/>
      <w:r w:rsidR="00C464E1">
        <w:t xml:space="preserve">, </w:t>
      </w:r>
      <w:proofErr w:type="spellStart"/>
      <w:r w:rsidR="00C464E1">
        <w:t>confiance</w:t>
      </w:r>
      <w:proofErr w:type="spellEnd"/>
      <w:r w:rsidR="00C464E1">
        <w:t xml:space="preserve"> et </w:t>
      </w:r>
      <w:proofErr w:type="spellStart"/>
      <w:r w:rsidR="00C464E1">
        <w:t>stabilité</w:t>
      </w:r>
      <w:proofErr w:type="spellEnd"/>
      <w:r w:rsidR="00C464E1">
        <w:t>. Vous avez besoin d’un accompagnement bienveillant et structurant pour vous remettre en mouvement.</w:t>
      </w:r>
    </w:p>
    <w:p w14:paraId="34765FF7" w14:textId="77777777" w:rsidR="001F751E" w:rsidRDefault="00C464E1">
      <w:pPr>
        <w:pStyle w:val="Titre3"/>
      </w:pPr>
      <w:r>
        <w:t>🔹 17–23 pts : L’Explorateur</w:t>
      </w:r>
    </w:p>
    <w:p w14:paraId="3C4C61B2" w14:textId="77777777" w:rsidR="001F751E" w:rsidRDefault="00C464E1">
      <w:r>
        <w:t>Vous êtes ouvert au changement, même si vos idées peuvent partir dans tous les sens. Vous avez envie de nouveauté, de découvertes, mais vous avez besoin d’un cadre pour canaliser vos envies et poser des choix concrets.</w:t>
      </w:r>
    </w:p>
    <w:p w14:paraId="594CB0C5" w14:textId="77777777" w:rsidR="001F751E" w:rsidRDefault="00C464E1">
      <w:pPr>
        <w:pStyle w:val="Titre3"/>
      </w:pPr>
      <w:r>
        <w:t>🔹 24–30 pts : Le Stratège</w:t>
      </w:r>
    </w:p>
    <w:p w14:paraId="6E265DDD" w14:textId="6842F33C" w:rsidR="001F751E" w:rsidRDefault="00C464E1">
      <w:r>
        <w:t xml:space="preserve">Vous </w:t>
      </w:r>
      <w:proofErr w:type="spellStart"/>
      <w:r>
        <w:t>êtes</w:t>
      </w:r>
      <w:proofErr w:type="spellEnd"/>
      <w:r>
        <w:t xml:space="preserve"> </w:t>
      </w:r>
      <w:proofErr w:type="spellStart"/>
      <w:r>
        <w:t>principalement</w:t>
      </w:r>
      <w:proofErr w:type="spellEnd"/>
      <w:r>
        <w:t xml:space="preserve"> dans </w:t>
      </w:r>
      <w:proofErr w:type="spellStart"/>
      <w:r>
        <w:t>l’action</w:t>
      </w:r>
      <w:proofErr w:type="spellEnd"/>
      <w:r>
        <w:t>, prêt à rebondir, mais vous recherchez des outils, des ressources et une méthode pour maximiser vos chances de réussite. Votre posture proactive est un vrai atout !</w:t>
      </w:r>
    </w:p>
    <w:p w14:paraId="50EBE17E" w14:textId="77777777" w:rsidR="001F751E" w:rsidRDefault="00C464E1">
      <w:pPr>
        <w:pStyle w:val="Titre3"/>
      </w:pPr>
      <w:r>
        <w:t>🔹 31–40 pts : Le Visionnaire</w:t>
      </w:r>
    </w:p>
    <w:p w14:paraId="04368282" w14:textId="6848D0AC" w:rsidR="001F751E" w:rsidRDefault="00C464E1">
      <w:r>
        <w:t>Vous vivez toute transition comme une occasion de transformation profonde. Vous aspirez à un travail porteur de sens et d’alignement. Vous êtes prêt(e) à créer une nouvelle voie, à condition d’être bien accompagné(e) pour la structurer.</w:t>
      </w:r>
    </w:p>
    <w:sectPr w:rsidR="001F751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823E2896"/>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D56640F2"/>
    <w:lvl w:ilvl="0">
      <w:start w:val="1"/>
      <w:numFmt w:val="bullet"/>
      <w:pStyle w:val="Listepuces"/>
      <w:lvlText w:val=""/>
      <w:lvlJc w:val="left"/>
      <w:pPr>
        <w:tabs>
          <w:tab w:val="num" w:pos="360"/>
        </w:tabs>
        <w:ind w:left="360" w:hanging="360"/>
      </w:pPr>
      <w:rPr>
        <w:rFonts w:ascii="Symbol" w:hAnsi="Symbol" w:hint="default"/>
      </w:rPr>
    </w:lvl>
  </w:abstractNum>
  <w:num w:numId="1" w16cid:durableId="1352991807">
    <w:abstractNumId w:val="8"/>
  </w:num>
  <w:num w:numId="2" w16cid:durableId="1514803012">
    <w:abstractNumId w:val="6"/>
  </w:num>
  <w:num w:numId="3" w16cid:durableId="1245073220">
    <w:abstractNumId w:val="5"/>
  </w:num>
  <w:num w:numId="4" w16cid:durableId="1818063000">
    <w:abstractNumId w:val="4"/>
  </w:num>
  <w:num w:numId="5" w16cid:durableId="2130389577">
    <w:abstractNumId w:val="7"/>
  </w:num>
  <w:num w:numId="6" w16cid:durableId="626397193">
    <w:abstractNumId w:val="3"/>
  </w:num>
  <w:num w:numId="7" w16cid:durableId="1950425871">
    <w:abstractNumId w:val="2"/>
  </w:num>
  <w:num w:numId="8" w16cid:durableId="1970669450">
    <w:abstractNumId w:val="1"/>
  </w:num>
  <w:num w:numId="9" w16cid:durableId="1453790940">
    <w:abstractNumId w:val="0"/>
  </w:num>
  <w:num w:numId="10" w16cid:durableId="447677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F751E"/>
    <w:rsid w:val="0029639D"/>
    <w:rsid w:val="00326F90"/>
    <w:rsid w:val="00476903"/>
    <w:rsid w:val="00612149"/>
    <w:rsid w:val="008478FE"/>
    <w:rsid w:val="00921B80"/>
    <w:rsid w:val="00AA1D8D"/>
    <w:rsid w:val="00B47730"/>
    <w:rsid w:val="00C464E1"/>
    <w:rsid w:val="00CB0664"/>
    <w:rsid w:val="00CF0AE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62FE96"/>
  <w14:defaultImageDpi w14:val="300"/>
  <w15:docId w15:val="{246648A1-9E7A-47E5-BB44-917E68CBE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690</Words>
  <Characters>3369</Characters>
  <Application>Microsoft Office Word</Application>
  <DocSecurity>0</DocSecurity>
  <Lines>84</Lines>
  <Paragraphs>76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farmata sow</cp:lastModifiedBy>
  <cp:revision>5</cp:revision>
  <dcterms:created xsi:type="dcterms:W3CDTF">2025-07-08T11:10:00Z</dcterms:created>
  <dcterms:modified xsi:type="dcterms:W3CDTF">2025-07-28T14:26:00Z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40e8281d-f80c-4004-a88b-6dcd85ee8e06</vt:lpwstr>
  </property>
</Properties>
</file>